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28"/>
        </w:rPr>
        <w:t>PRE-ADVERSE ACTION NOTICE</w:t>
      </w:r>
    </w:p>
    <w:p>
      <w:pPr>
        <w:spacing w:after="40"/>
      </w:pPr>
      <w:r>
        <w:rPr>
          <w:b/>
        </w:rPr>
        <w:t xml:space="preserve">Date: </w:t>
      </w:r>
      <w:r>
        <w:t>[Insert Date]</w:t>
      </w:r>
    </w:p>
    <w:p>
      <w:pPr>
        <w:spacing w:after="40"/>
      </w:pPr>
      <w:r>
        <w:rPr>
          <w:b/>
        </w:rPr>
        <w:t xml:space="preserve">To: </w:t>
      </w:r>
      <w:r>
        <w:t>[Applicant Name]</w:t>
      </w:r>
    </w:p>
    <w:p>
      <w:pPr>
        <w:spacing w:after="40"/>
      </w:pPr>
      <w:r>
        <w:rPr>
          <w:b/>
        </w:rPr>
        <w:t xml:space="preserve">Address: </w:t>
      </w:r>
      <w:r>
        <w:t>[Insert Address]</w:t>
      </w:r>
    </w:p>
    <w:p>
      <w:pPr>
        <w:spacing w:after="40"/>
      </w:pPr>
      <w:r>
        <w:rPr>
          <w:b/>
        </w:rPr>
        <w:t xml:space="preserve">Re: </w:t>
      </w:r>
      <w:r>
        <w:t>Notice of Potential Adverse Employment Action</w:t>
      </w:r>
    </w:p>
    <w:p/>
    <w:p>
      <w:pPr>
        <w:spacing w:after="180"/>
      </w:pPr>
      <w:r>
        <w:t>Dear [Applicant Name],</w:t>
      </w:r>
    </w:p>
    <w:p>
      <w:pPr>
        <w:spacing w:after="180"/>
      </w:pPr>
      <w:r>
        <w:t>As part of your application for employment with [Employer Company Name] ("the Company"), a consumer report was obtained about you for employment purposes.</w:t>
      </w:r>
    </w:p>
    <w:p>
      <w:pPr>
        <w:spacing w:after="180"/>
      </w:pPr>
      <w:r>
        <w:t>Information contained in the consumer report may be considered in making a final employment decision. No final employment decision has been made at this time. Before any final decision is made, you are being provided with this notice, a copy of the consumer report, and a copy of A Summary of Your Rights Under the Fair Credit Reporting Act.</w:t>
      </w:r>
    </w:p>
    <w:p>
      <w:pPr>
        <w:spacing w:after="180"/>
      </w:pPr>
      <w:r>
        <w:t>You will be given a reasonable opportunity to review the report and to dispute any information you believe is inaccurate or incomplete before a final employment decision is made. Additional rights or procedures may apply under state or local law.</w:t>
      </w:r>
    </w:p>
    <w:p>
      <w:pPr>
        <w:spacing w:before="100" w:after="100"/>
      </w:pPr>
      <w:r>
        <w:rPr>
          <w:b/>
        </w:rPr>
        <w:t>CONSUMER REPORTING AGENCY</w:t>
      </w:r>
    </w:p>
    <w:p>
      <w:pPr>
        <w:spacing w:after="20"/>
        <w:ind w:left="288"/>
      </w:pPr>
      <w:r>
        <w:rPr>
          <w:b/>
        </w:rPr>
        <w:t xml:space="preserve">Name: </w:t>
      </w:r>
      <w:r>
        <w:t>Turning Point Data, Inc. d/b/a Direct Screening</w:t>
      </w:r>
    </w:p>
    <w:p>
      <w:pPr>
        <w:spacing w:after="20"/>
        <w:ind w:left="288"/>
      </w:pPr>
      <w:r>
        <w:rPr>
          <w:b/>
        </w:rPr>
        <w:t xml:space="preserve">Address: </w:t>
      </w:r>
      <w:r>
        <w:t>215 S. Broadway #147, Salem, NH 03079</w:t>
      </w:r>
    </w:p>
    <w:p>
      <w:pPr>
        <w:spacing w:after="20"/>
        <w:ind w:left="288"/>
      </w:pPr>
      <w:r>
        <w:rPr>
          <w:b/>
        </w:rPr>
        <w:t xml:space="preserve">Phone: </w:t>
      </w:r>
      <w:r>
        <w:t>800-391-7450</w:t>
      </w:r>
    </w:p>
    <w:p>
      <w:pPr>
        <w:spacing w:after="20"/>
        <w:ind w:left="288"/>
      </w:pPr>
      <w:r>
        <w:rPr>
          <w:b/>
        </w:rPr>
        <w:t xml:space="preserve">Email: </w:t>
      </w:r>
      <w:r>
        <w:t>support@directscreening.com</w:t>
      </w:r>
    </w:p>
    <w:p>
      <w:pPr>
        <w:spacing w:after="20"/>
        <w:ind w:left="288"/>
      </w:pPr>
      <w:r>
        <w:rPr>
          <w:b/>
        </w:rPr>
        <w:t xml:space="preserve">Website: </w:t>
      </w:r>
      <w:r>
        <w:t>www.directscreening.com</w:t>
      </w:r>
    </w:p>
    <w:p>
      <w:pPr>
        <w:spacing w:before="160" w:after="80"/>
      </w:pPr>
      <w:r>
        <w:rPr>
          <w:b/>
        </w:rPr>
        <w:t>IMPORTANT INFORMATION</w:t>
      </w:r>
    </w:p>
    <w:p>
      <w:pPr>
        <w:spacing w:after="160"/>
      </w:pPr>
      <w:r>
        <w:t>Direct Screening did not make and cannot explain the Company's employment decision. If you believe information in the consumer report is inaccurate or incomplete, you may contact Direct Screening using the information above.</w:t>
      </w:r>
    </w:p>
    <w:p>
      <w:pPr>
        <w:spacing w:before="80" w:after="60"/>
      </w:pPr>
      <w:r>
        <w:rPr>
          <w:b/>
        </w:rPr>
        <w:t>ENCLOSURES</w:t>
      </w:r>
    </w:p>
    <w:p>
      <w:pPr>
        <w:spacing w:after="20"/>
        <w:ind w:left="288" w:hanging="216"/>
      </w:pPr>
      <w:r>
        <w:t>• Copy of the consumer report</w:t>
      </w:r>
    </w:p>
    <w:p>
      <w:pPr>
        <w:spacing w:after="20"/>
        <w:ind w:left="288" w:hanging="216"/>
      </w:pPr>
      <w:r>
        <w:t>• A Summary of Your Rights Under the Fair Credit Reporting Act (CFPB)</w:t>
      </w:r>
    </w:p>
    <w:p/>
    <w:p>
      <w:pPr>
        <w:spacing w:after="40"/>
      </w:pPr>
      <w:r>
        <w:t>Sincerely,</w:t>
      </w:r>
    </w:p>
    <w:p>
      <w:pPr>
        <w:spacing w:after="20"/>
      </w:pPr>
      <w:r>
        <w:t>[Employer Name]</w:t>
      </w:r>
    </w:p>
    <w:p>
      <w:pPr>
        <w:spacing w:after="20"/>
      </w:pPr>
      <w:r>
        <w:t>[Title]</w:t>
      </w:r>
    </w:p>
    <w:p>
      <w:pPr>
        <w:spacing w:after="20"/>
      </w:pPr>
      <w:r>
        <w:t>[Company Name]</w:t>
      </w:r>
    </w:p>
    <w:p>
      <w:pPr>
        <w:spacing w:after="20"/>
      </w:pPr>
      <w:r>
        <w:t>[Phone / Email]</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Direct Screening Sample Form | Version 08/31/2026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