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sz w:val="28"/>
        </w:rPr>
        <w:t>FINAL ADVERSE ACTION NOTICE</w:t>
      </w:r>
    </w:p>
    <w:p>
      <w:pPr>
        <w:spacing w:after="40"/>
      </w:pPr>
      <w:r>
        <w:rPr>
          <w:b/>
        </w:rPr>
        <w:t xml:space="preserve">Date: </w:t>
      </w:r>
      <w:r>
        <w:t>[Insert Date]</w:t>
      </w:r>
    </w:p>
    <w:p>
      <w:pPr>
        <w:spacing w:after="40"/>
      </w:pPr>
      <w:r>
        <w:rPr>
          <w:b/>
        </w:rPr>
        <w:t xml:space="preserve">To: </w:t>
      </w:r>
      <w:r>
        <w:t>[Applicant Name]</w:t>
      </w:r>
    </w:p>
    <w:p>
      <w:pPr>
        <w:spacing w:after="40"/>
      </w:pPr>
      <w:r>
        <w:rPr>
          <w:b/>
        </w:rPr>
        <w:t xml:space="preserve">Address: </w:t>
      </w:r>
      <w:r>
        <w:t>[Insert Address]</w:t>
      </w:r>
    </w:p>
    <w:p>
      <w:pPr>
        <w:spacing w:after="40"/>
      </w:pPr>
      <w:r>
        <w:rPr>
          <w:b/>
        </w:rPr>
        <w:t xml:space="preserve">Re: </w:t>
      </w:r>
      <w:r>
        <w:t>Final Adverse Employment Action</w:t>
      </w:r>
    </w:p>
    <w:p/>
    <w:p>
      <w:pPr>
        <w:spacing w:after="180"/>
      </w:pPr>
      <w:r>
        <w:t>Dear [Applicant Name],</w:t>
      </w:r>
    </w:p>
    <w:p>
      <w:pPr>
        <w:spacing w:after="180"/>
      </w:pPr>
      <w:r>
        <w:t>[Employer Company Name] ("the Company") has taken adverse employment action regarding your application or employment. This decision was based in whole or in part on information contained in a consumer report obtained from the consumer reporting agency identified below.</w:t>
      </w:r>
    </w:p>
    <w:p>
      <w:pPr>
        <w:spacing w:after="180"/>
      </w:pPr>
      <w:r>
        <w:t>This notice is being provided pursuant to the Fair Credit Reporting Act.</w:t>
      </w:r>
    </w:p>
    <w:p>
      <w:pPr>
        <w:spacing w:before="100" w:after="100"/>
      </w:pPr>
      <w:r>
        <w:rPr>
          <w:b/>
        </w:rPr>
        <w:t>CONSUMER REPORTING AGENCY</w:t>
      </w:r>
    </w:p>
    <w:p>
      <w:pPr>
        <w:spacing w:after="20"/>
        <w:ind w:left="288"/>
      </w:pPr>
      <w:r>
        <w:rPr>
          <w:b/>
        </w:rPr>
        <w:t xml:space="preserve">Name: </w:t>
      </w:r>
      <w:r>
        <w:t>Turning Point Data, Inc. d/b/a Direct Screening</w:t>
      </w:r>
    </w:p>
    <w:p>
      <w:pPr>
        <w:spacing w:after="20"/>
        <w:ind w:left="288"/>
      </w:pPr>
      <w:r>
        <w:rPr>
          <w:b/>
        </w:rPr>
        <w:t xml:space="preserve">Address: </w:t>
      </w:r>
      <w:r>
        <w:t>215 S. Broadway #147, Salem, NH 03079</w:t>
      </w:r>
    </w:p>
    <w:p>
      <w:pPr>
        <w:spacing w:after="20"/>
        <w:ind w:left="288"/>
      </w:pPr>
      <w:r>
        <w:rPr>
          <w:b/>
        </w:rPr>
        <w:t xml:space="preserve">Phone: </w:t>
      </w:r>
      <w:r>
        <w:t>800-391-7450</w:t>
      </w:r>
    </w:p>
    <w:p>
      <w:pPr>
        <w:spacing w:after="20"/>
        <w:ind w:left="288"/>
      </w:pPr>
      <w:r>
        <w:rPr>
          <w:b/>
        </w:rPr>
        <w:t xml:space="preserve">Email: </w:t>
      </w:r>
      <w:r>
        <w:t>support@directscreening.com</w:t>
      </w:r>
    </w:p>
    <w:p>
      <w:pPr>
        <w:spacing w:after="20"/>
        <w:ind w:left="288"/>
      </w:pPr>
      <w:r>
        <w:rPr>
          <w:b/>
        </w:rPr>
        <w:t xml:space="preserve">Website: </w:t>
      </w:r>
      <w:r>
        <w:t>www.directscreening.com</w:t>
      </w:r>
    </w:p>
    <w:p>
      <w:pPr>
        <w:spacing w:before="180" w:after="100"/>
      </w:pPr>
      <w:r>
        <w:rPr>
          <w:b/>
        </w:rPr>
        <w:t>YOUR RIGHTS UNDER THE FAIR CREDIT REPORTING ACT</w:t>
      </w:r>
    </w:p>
    <w:p>
      <w:pPr>
        <w:spacing w:after="60"/>
        <w:ind w:left="288" w:hanging="216"/>
      </w:pPr>
      <w:r>
        <w:t>• Direct Screening did not make the employment decision and cannot provide the specific reasons for the Company's decision.</w:t>
      </w:r>
    </w:p>
    <w:p>
      <w:pPr>
        <w:spacing w:after="60"/>
        <w:ind w:left="288" w:hanging="216"/>
      </w:pPr>
      <w:r>
        <w:t>• You have the right to dispute with Direct Screening the accuracy or completeness of any information in the consumer report.</w:t>
      </w:r>
    </w:p>
    <w:p>
      <w:pPr>
        <w:spacing w:after="60"/>
        <w:ind w:left="288" w:hanging="216"/>
      </w:pPr>
      <w:r>
        <w:t>• You have the right to obtain an additional free copy of your consumer report from Direct Screening if you request it within 60 days of receiving this notice.</w:t>
      </w:r>
    </w:p>
    <w:p>
      <w:pPr>
        <w:spacing w:before="100" w:after="160"/>
      </w:pPr>
      <w:r>
        <w:t>You may have additional rights under applicable state or local law.</w:t>
      </w:r>
    </w:p>
    <w:p>
      <w:pPr>
        <w:spacing w:after="40"/>
      </w:pPr>
      <w:r>
        <w:t>Sincerely,</w:t>
      </w:r>
    </w:p>
    <w:p>
      <w:pPr>
        <w:spacing w:after="20"/>
      </w:pPr>
      <w:r>
        <w:t>[Employer Name]</w:t>
      </w:r>
    </w:p>
    <w:p>
      <w:pPr>
        <w:spacing w:after="20"/>
      </w:pPr>
      <w:r>
        <w:t>[Title]</w:t>
      </w:r>
    </w:p>
    <w:p>
      <w:pPr>
        <w:spacing w:after="20"/>
      </w:pPr>
      <w:r>
        <w:t>[Company Name]</w:t>
      </w:r>
    </w:p>
    <w:p>
      <w:pPr>
        <w:spacing w:after="20"/>
      </w:pPr>
      <w:r>
        <w:t>[Phone / Email]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Direct Screening Sample Form | Version 08/31/2026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