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360"/>
        <w:jc w:val="center"/>
      </w:pPr>
      <w:r>
        <w:rPr>
          <w:b/>
          <w:sz w:val="30"/>
        </w:rPr>
        <w:t>AUTHORIZATION TO OBTAIN CONSUMER REPORT</w:t>
        <w:br/>
        <w:t>FOR TENANT SCREENING PURPOSES</w:t>
      </w:r>
    </w:p>
    <w:p>
      <w:pPr>
        <w:spacing w:after="440" w:line="264" w:lineRule="auto"/>
      </w:pPr>
      <w:r>
        <w:t>I authorize [Housing Provider / Property Manager Name] to obtain a consumer report about me for tenant screening purposes in connection with my rental application or tenancy evaluation, to the extent permitted by law.</w:t>
      </w:r>
    </w:p>
    <w:p>
      <w:pPr>
        <w:spacing w:before="180" w:after="180"/>
      </w:pPr>
      <w:r>
        <w:rPr>
          <w:sz w:val="22"/>
        </w:rPr>
        <w:t>Applicant Printed Name:   ___________________________________________</w:t>
      </w:r>
    </w:p>
    <w:p>
      <w:pPr>
        <w:spacing w:before="180" w:after="180"/>
      </w:pPr>
      <w:r>
        <w:rPr>
          <w:sz w:val="22"/>
        </w:rPr>
        <w:t>Signature:   ___________________________________________</w:t>
      </w:r>
    </w:p>
    <w:p>
      <w:pPr>
        <w:spacing w:before="180" w:after="180"/>
      </w:pPr>
      <w:r>
        <w:rPr>
          <w:sz w:val="22"/>
        </w:rPr>
        <w:t>Date:   ___________________________________________</w:t>
      </w:r>
    </w:p>
    <w:sectPr w:rsidR="00FC693F" w:rsidRPr="0006063C" w:rsidSect="00034616">
      <w:footerReference w:type="default" r:id="rId9"/>
      <w:pgSz w:w="12240" w:h="15840"/>
      <w:pgMar w:top="1224" w:right="1296" w:bottom="1224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sz w:val="16"/>
      </w:rPr>
      <w:t>Direct Screening Sample Form | Tenant Screening Authorization | Version 08/31/2026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